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89B6AE" w14:textId="1FCBB205" w:rsidR="00D90F98" w:rsidRDefault="00D90F98" w:rsidP="00A5601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D90F98" w14:paraId="3E6BD1CB" w14:textId="77777777">
        <w:trPr>
          <w:jc w:val="center"/>
        </w:trPr>
        <w:tc>
          <w:tcPr>
            <w:tcW w:w="10368" w:type="dxa"/>
          </w:tcPr>
          <w:p w14:paraId="3831FE17" w14:textId="77777777" w:rsidR="00D90F98" w:rsidRDefault="00000000">
            <w:r>
              <w:rPr>
                <w:b/>
              </w:rPr>
              <w:t>IMPORTANT — REQUIREMENT, DEADLINE &amp; EMAIL PROCESS</w:t>
            </w:r>
          </w:p>
          <w:p w14:paraId="70ED79C4" w14:textId="77777777" w:rsidR="00D90F98" w:rsidRDefault="00000000">
            <w:pPr>
              <w:pStyle w:val="ListBullet"/>
            </w:pPr>
            <w:r>
              <w:t xml:space="preserve">If an appointed GSS Senator cannot attend a Senate meeting and the represented department/organization wishes to send a replacement, this form must be completed and submitted at least </w:t>
            </w:r>
            <w:r w:rsidRPr="00A5601F">
              <w:rPr>
                <w:b/>
                <w:bCs/>
              </w:rPr>
              <w:t>48 hours</w:t>
            </w:r>
            <w:r>
              <w:t xml:space="preserve"> before the scheduled Senate meeting.</w:t>
            </w:r>
          </w:p>
          <w:p w14:paraId="616543FF" w14:textId="77777777" w:rsidR="00D90F98" w:rsidRDefault="00000000">
            <w:pPr>
              <w:pStyle w:val="ListBullet"/>
            </w:pPr>
            <w:r>
              <w:t>Submit the completed form by email to the GSS Vice-President and CC the GSS President.</w:t>
            </w:r>
          </w:p>
          <w:p w14:paraId="04EE67C8" w14:textId="77777777" w:rsidR="00D90F98" w:rsidRDefault="00000000">
            <w:pPr>
              <w:pStyle w:val="ListBullet"/>
            </w:pPr>
            <w:r>
              <w:t>The replacement should be an eligible graduate student authorized to represent the same department or Tier II organization for that meeting.</w:t>
            </w:r>
          </w:p>
          <w:p w14:paraId="4910047A" w14:textId="77777777" w:rsidR="00D90F98" w:rsidRDefault="00000000">
            <w:pPr>
              <w:pStyle w:val="ListBullet"/>
            </w:pPr>
            <w:r>
              <w:t>Submission of this form does not permanently change the organization's/department's appointed Senator. It applies only to the meeting identified below.</w:t>
            </w:r>
          </w:p>
          <w:p w14:paraId="0688853B" w14:textId="77777777" w:rsidR="00D90F98" w:rsidRDefault="00000000">
            <w:r>
              <w:rPr>
                <w:b/>
              </w:rPr>
              <w:t xml:space="preserve">GSS governing-document notice: </w:t>
            </w:r>
            <w:r>
              <w:t>Senators are expected to attend and actively participate in Senate and assigned Committee meetings and to follow the GSS Constitution, Bylaws, Procedures, and applicable University policies. The 48-hour replacement deadline and email process above reflect the current GSS procedure adopted for Fall 2026. Insert the exact Bylaws article/section citation here once verified: ______________________________.</w:t>
            </w:r>
          </w:p>
        </w:tc>
      </w:tr>
    </w:tbl>
    <w:p w14:paraId="495C3CC6" w14:textId="77777777" w:rsidR="00D90F98" w:rsidRDefault="00000000">
      <w:pPr>
        <w:pStyle w:val="Heading1"/>
      </w:pPr>
      <w:r>
        <w:t>1. Senate Meeting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78"/>
      </w:tblGrid>
      <w:tr w:rsidR="00D90F98" w14:paraId="46AC042E" w14:textId="77777777">
        <w:trPr>
          <w:jc w:val="center"/>
        </w:trPr>
        <w:tc>
          <w:tcPr>
            <w:tcW w:w="5184" w:type="dxa"/>
          </w:tcPr>
          <w:p w14:paraId="72946493" w14:textId="77777777" w:rsidR="00D90F98" w:rsidRDefault="00000000">
            <w:r>
              <w:t>Senate Meeting Date</w:t>
            </w:r>
          </w:p>
        </w:tc>
        <w:tc>
          <w:tcPr>
            <w:tcW w:w="5184" w:type="dxa"/>
          </w:tcPr>
          <w:p w14:paraId="41E343C7" w14:textId="77777777" w:rsidR="00D90F98" w:rsidRDefault="00D90F98"/>
        </w:tc>
      </w:tr>
      <w:tr w:rsidR="00D90F98" w14:paraId="752E3E1A" w14:textId="77777777">
        <w:trPr>
          <w:jc w:val="center"/>
        </w:trPr>
        <w:tc>
          <w:tcPr>
            <w:tcW w:w="5184" w:type="dxa"/>
          </w:tcPr>
          <w:p w14:paraId="50293F36" w14:textId="77777777" w:rsidR="00D90F98" w:rsidRDefault="00000000">
            <w:r>
              <w:t>Meeting Time</w:t>
            </w:r>
          </w:p>
        </w:tc>
        <w:tc>
          <w:tcPr>
            <w:tcW w:w="5184" w:type="dxa"/>
          </w:tcPr>
          <w:p w14:paraId="596AE70A" w14:textId="77777777" w:rsidR="00D90F98" w:rsidRDefault="00D90F98"/>
        </w:tc>
      </w:tr>
      <w:tr w:rsidR="00D90F98" w14:paraId="48FA5899" w14:textId="77777777">
        <w:trPr>
          <w:jc w:val="center"/>
        </w:trPr>
        <w:tc>
          <w:tcPr>
            <w:tcW w:w="5184" w:type="dxa"/>
          </w:tcPr>
          <w:p w14:paraId="0A1152A0" w14:textId="77777777" w:rsidR="00D90F98" w:rsidRDefault="00000000">
            <w:r>
              <w:t>Meeting Location / Teams Information</w:t>
            </w:r>
          </w:p>
        </w:tc>
        <w:tc>
          <w:tcPr>
            <w:tcW w:w="5184" w:type="dxa"/>
          </w:tcPr>
          <w:p w14:paraId="559B7C3F" w14:textId="77777777" w:rsidR="00D90F98" w:rsidRDefault="00D90F98"/>
        </w:tc>
      </w:tr>
    </w:tbl>
    <w:p w14:paraId="4725CC02" w14:textId="77777777" w:rsidR="00D90F98" w:rsidRDefault="00000000">
      <w:pPr>
        <w:pStyle w:val="Heading1"/>
      </w:pPr>
      <w:r>
        <w:t>2. Regular Senator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0"/>
        <w:gridCol w:w="5178"/>
      </w:tblGrid>
      <w:tr w:rsidR="00D90F98" w14:paraId="378EFAC6" w14:textId="77777777">
        <w:tc>
          <w:tcPr>
            <w:tcW w:w="5184" w:type="dxa"/>
          </w:tcPr>
          <w:p w14:paraId="10104E2F" w14:textId="77777777" w:rsidR="00D90F98" w:rsidRDefault="00000000">
            <w:r>
              <w:t>Senator Full Name</w:t>
            </w:r>
          </w:p>
        </w:tc>
        <w:tc>
          <w:tcPr>
            <w:tcW w:w="5184" w:type="dxa"/>
          </w:tcPr>
          <w:p w14:paraId="5C94124D" w14:textId="77777777" w:rsidR="00D90F98" w:rsidRDefault="00D90F98"/>
        </w:tc>
      </w:tr>
      <w:tr w:rsidR="00D90F98" w14:paraId="12C493BF" w14:textId="77777777">
        <w:tc>
          <w:tcPr>
            <w:tcW w:w="5184" w:type="dxa"/>
          </w:tcPr>
          <w:p w14:paraId="03375FDD" w14:textId="77777777" w:rsidR="00D90F98" w:rsidRDefault="00000000">
            <w:r>
              <w:t>UConn Email</w:t>
            </w:r>
          </w:p>
        </w:tc>
        <w:tc>
          <w:tcPr>
            <w:tcW w:w="5184" w:type="dxa"/>
          </w:tcPr>
          <w:p w14:paraId="7E656444" w14:textId="77777777" w:rsidR="00D90F98" w:rsidRDefault="00D90F98"/>
        </w:tc>
      </w:tr>
      <w:tr w:rsidR="00D90F98" w14:paraId="728818B6" w14:textId="77777777">
        <w:tc>
          <w:tcPr>
            <w:tcW w:w="5184" w:type="dxa"/>
          </w:tcPr>
          <w:p w14:paraId="1A64C75A" w14:textId="77777777" w:rsidR="00D90F98" w:rsidRDefault="00000000">
            <w:r>
              <w:t>NetID</w:t>
            </w:r>
          </w:p>
        </w:tc>
        <w:tc>
          <w:tcPr>
            <w:tcW w:w="5184" w:type="dxa"/>
          </w:tcPr>
          <w:p w14:paraId="27408DAE" w14:textId="77777777" w:rsidR="00D90F98" w:rsidRDefault="00D90F98"/>
        </w:tc>
      </w:tr>
      <w:tr w:rsidR="00D90F98" w14:paraId="1E375DC4" w14:textId="77777777">
        <w:tc>
          <w:tcPr>
            <w:tcW w:w="5184" w:type="dxa"/>
          </w:tcPr>
          <w:p w14:paraId="6A28E96A" w14:textId="77777777" w:rsidR="00D90F98" w:rsidRDefault="00000000">
            <w:r>
              <w:t>Academic Department / Tier II Organization</w:t>
            </w:r>
          </w:p>
        </w:tc>
        <w:tc>
          <w:tcPr>
            <w:tcW w:w="5184" w:type="dxa"/>
          </w:tcPr>
          <w:p w14:paraId="3E8F658B" w14:textId="77777777" w:rsidR="00D90F98" w:rsidRDefault="00D90F98"/>
        </w:tc>
      </w:tr>
      <w:tr w:rsidR="00D90F98" w14:paraId="065CB407" w14:textId="77777777">
        <w:tc>
          <w:tcPr>
            <w:tcW w:w="5184" w:type="dxa"/>
          </w:tcPr>
          <w:p w14:paraId="4D14DAA1" w14:textId="77777777" w:rsidR="00D90F98" w:rsidRDefault="00000000">
            <w:r>
              <w:t>Reason Unable to Attend (brief)</w:t>
            </w:r>
          </w:p>
        </w:tc>
        <w:tc>
          <w:tcPr>
            <w:tcW w:w="5184" w:type="dxa"/>
          </w:tcPr>
          <w:p w14:paraId="341435B2" w14:textId="77777777" w:rsidR="00D90F98" w:rsidRDefault="00D90F98"/>
        </w:tc>
      </w:tr>
    </w:tbl>
    <w:p w14:paraId="2D731329" w14:textId="77777777" w:rsidR="00D90F98" w:rsidRDefault="00000000">
      <w:pPr>
        <w:pStyle w:val="Heading1"/>
      </w:pPr>
      <w:r>
        <w:t>3. Replacement Representative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0"/>
        <w:gridCol w:w="5178"/>
      </w:tblGrid>
      <w:tr w:rsidR="00D90F98" w14:paraId="339D5A14" w14:textId="77777777">
        <w:tc>
          <w:tcPr>
            <w:tcW w:w="5184" w:type="dxa"/>
          </w:tcPr>
          <w:p w14:paraId="32B2E296" w14:textId="77777777" w:rsidR="00D90F98" w:rsidRDefault="00000000">
            <w:r>
              <w:t>Replacement Full Name</w:t>
            </w:r>
          </w:p>
        </w:tc>
        <w:tc>
          <w:tcPr>
            <w:tcW w:w="5184" w:type="dxa"/>
          </w:tcPr>
          <w:p w14:paraId="13AB7467" w14:textId="77777777" w:rsidR="00D90F98" w:rsidRDefault="00D90F98"/>
        </w:tc>
      </w:tr>
      <w:tr w:rsidR="00D90F98" w14:paraId="2EB1B9FB" w14:textId="77777777">
        <w:tc>
          <w:tcPr>
            <w:tcW w:w="5184" w:type="dxa"/>
          </w:tcPr>
          <w:p w14:paraId="36956FC2" w14:textId="77777777" w:rsidR="00D90F98" w:rsidRDefault="00000000">
            <w:r>
              <w:t>UConn Email</w:t>
            </w:r>
          </w:p>
        </w:tc>
        <w:tc>
          <w:tcPr>
            <w:tcW w:w="5184" w:type="dxa"/>
          </w:tcPr>
          <w:p w14:paraId="1DED2BB0" w14:textId="77777777" w:rsidR="00D90F98" w:rsidRDefault="00D90F98"/>
        </w:tc>
      </w:tr>
      <w:tr w:rsidR="00D90F98" w14:paraId="65822C26" w14:textId="77777777">
        <w:tc>
          <w:tcPr>
            <w:tcW w:w="5184" w:type="dxa"/>
          </w:tcPr>
          <w:p w14:paraId="7338B11D" w14:textId="77777777" w:rsidR="00D90F98" w:rsidRDefault="00000000">
            <w:r>
              <w:t>NetID</w:t>
            </w:r>
          </w:p>
        </w:tc>
        <w:tc>
          <w:tcPr>
            <w:tcW w:w="5184" w:type="dxa"/>
          </w:tcPr>
          <w:p w14:paraId="60EFAB0E" w14:textId="77777777" w:rsidR="00D90F98" w:rsidRDefault="00D90F98"/>
        </w:tc>
      </w:tr>
      <w:tr w:rsidR="00D90F98" w14:paraId="54656432" w14:textId="77777777">
        <w:tc>
          <w:tcPr>
            <w:tcW w:w="5184" w:type="dxa"/>
          </w:tcPr>
          <w:p w14:paraId="4DE49581" w14:textId="77777777" w:rsidR="00D90F98" w:rsidRDefault="00000000">
            <w:r>
              <w:t>Graduate Program / Department</w:t>
            </w:r>
          </w:p>
        </w:tc>
        <w:tc>
          <w:tcPr>
            <w:tcW w:w="5184" w:type="dxa"/>
          </w:tcPr>
          <w:p w14:paraId="55485EB0" w14:textId="77777777" w:rsidR="00D90F98" w:rsidRDefault="00D90F98"/>
        </w:tc>
      </w:tr>
      <w:tr w:rsidR="00D90F98" w14:paraId="36970E73" w14:textId="77777777">
        <w:tc>
          <w:tcPr>
            <w:tcW w:w="5184" w:type="dxa"/>
          </w:tcPr>
          <w:p w14:paraId="50C1BF55" w14:textId="77777777" w:rsidR="00D90F98" w:rsidRDefault="00000000">
            <w:r>
              <w:t>Represented Department / Tier II Organization</w:t>
            </w:r>
          </w:p>
        </w:tc>
        <w:tc>
          <w:tcPr>
            <w:tcW w:w="5184" w:type="dxa"/>
          </w:tcPr>
          <w:p w14:paraId="33D612AC" w14:textId="77777777" w:rsidR="00D90F98" w:rsidRDefault="00D90F98"/>
        </w:tc>
      </w:tr>
      <w:tr w:rsidR="00D90F98" w14:paraId="7BB65BCA" w14:textId="77777777">
        <w:tc>
          <w:tcPr>
            <w:tcW w:w="5184" w:type="dxa"/>
          </w:tcPr>
          <w:p w14:paraId="5C1233EF" w14:textId="77777777" w:rsidR="00D90F98" w:rsidRDefault="00000000">
            <w:r>
              <w:t>Phone (optional)</w:t>
            </w:r>
          </w:p>
        </w:tc>
        <w:tc>
          <w:tcPr>
            <w:tcW w:w="5184" w:type="dxa"/>
          </w:tcPr>
          <w:p w14:paraId="415F2FB7" w14:textId="77777777" w:rsidR="00D90F98" w:rsidRDefault="00D90F98"/>
        </w:tc>
      </w:tr>
    </w:tbl>
    <w:p w14:paraId="1DEC4C32" w14:textId="77777777" w:rsidR="00D90F98" w:rsidRDefault="00000000">
      <w:pPr>
        <w:pStyle w:val="Heading1"/>
      </w:pPr>
      <w:r>
        <w:t>4. Authorization &amp; Acknowledgment</w:t>
      </w:r>
    </w:p>
    <w:p w14:paraId="0D33DEBA" w14:textId="77777777" w:rsidR="00D90F98" w:rsidRDefault="00000000">
      <w:r>
        <w:t>☐ I confirm that I am unable to attend the Senate meeting identified above and request that the replacement named on this form represent my department/organization for this meeting.</w:t>
      </w:r>
    </w:p>
    <w:p w14:paraId="19F440C4" w14:textId="77777777" w:rsidR="00D90F98" w:rsidRDefault="00000000">
      <w:r>
        <w:t>☐ I confirm that the replacement has agreed to attend the full meeting and represent the same constituency.</w:t>
      </w:r>
    </w:p>
    <w:p w14:paraId="4A6565B6" w14:textId="77777777" w:rsidR="00D90F98" w:rsidRDefault="00000000">
      <w:r>
        <w:t>☐ I understand that this replacement is for the meeting listed on this form only and does not permanently replace the appointed Senator.</w:t>
      </w:r>
    </w:p>
    <w:p w14:paraId="2EFBCE09" w14:textId="77777777" w:rsidR="00D90F98" w:rsidRDefault="00000000">
      <w:r>
        <w:t>☐ I understand that the replacement is expected to follow GSS meeting procedures, participate professionally, and comply with applicable GSS governing documents and University policies.</w:t>
      </w:r>
    </w:p>
    <w:p w14:paraId="0D1BFDB9" w14:textId="77777777" w:rsidR="00D90F98" w:rsidRDefault="00000000">
      <w:r>
        <w:t>☐ I understand that this form must be submitted at least 48 hours before the Senate meeting to the Vice-President, with the President CC'd.</w:t>
      </w:r>
    </w:p>
    <w:p w14:paraId="05E15C81" w14:textId="77777777" w:rsidR="00D90F98" w:rsidRDefault="00000000">
      <w:pPr>
        <w:pStyle w:val="Heading1"/>
      </w:pPr>
      <w:r>
        <w:lastRenderedPageBreak/>
        <w:t>5. Signatures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89"/>
        <w:gridCol w:w="2590"/>
        <w:gridCol w:w="2589"/>
      </w:tblGrid>
      <w:tr w:rsidR="00D90F98" w14:paraId="32309481" w14:textId="77777777">
        <w:tc>
          <w:tcPr>
            <w:tcW w:w="2592" w:type="dxa"/>
          </w:tcPr>
          <w:p w14:paraId="31A6807B" w14:textId="77777777" w:rsidR="00D90F98" w:rsidRDefault="00000000">
            <w:r>
              <w:t>Role</w:t>
            </w:r>
          </w:p>
        </w:tc>
        <w:tc>
          <w:tcPr>
            <w:tcW w:w="2592" w:type="dxa"/>
          </w:tcPr>
          <w:p w14:paraId="5B9BAA53" w14:textId="77777777" w:rsidR="00D90F98" w:rsidRDefault="00000000">
            <w:r>
              <w:t>Printed Name</w:t>
            </w:r>
          </w:p>
        </w:tc>
        <w:tc>
          <w:tcPr>
            <w:tcW w:w="2592" w:type="dxa"/>
          </w:tcPr>
          <w:p w14:paraId="7DE22277" w14:textId="77777777" w:rsidR="00D90F98" w:rsidRDefault="00000000">
            <w:r>
              <w:t>Signature</w:t>
            </w:r>
          </w:p>
        </w:tc>
        <w:tc>
          <w:tcPr>
            <w:tcW w:w="2592" w:type="dxa"/>
          </w:tcPr>
          <w:p w14:paraId="67513A25" w14:textId="77777777" w:rsidR="00D90F98" w:rsidRDefault="00000000">
            <w:r>
              <w:t>Date</w:t>
            </w:r>
          </w:p>
        </w:tc>
      </w:tr>
      <w:tr w:rsidR="00D90F98" w14:paraId="128D302D" w14:textId="77777777">
        <w:tc>
          <w:tcPr>
            <w:tcW w:w="2592" w:type="dxa"/>
          </w:tcPr>
          <w:p w14:paraId="0CBDE465" w14:textId="77777777" w:rsidR="00D90F98" w:rsidRDefault="00000000">
            <w:r>
              <w:t>Regular Senator</w:t>
            </w:r>
          </w:p>
        </w:tc>
        <w:tc>
          <w:tcPr>
            <w:tcW w:w="2592" w:type="dxa"/>
          </w:tcPr>
          <w:p w14:paraId="6BEFADC3" w14:textId="77777777" w:rsidR="00D90F98" w:rsidRDefault="00D90F98"/>
        </w:tc>
        <w:tc>
          <w:tcPr>
            <w:tcW w:w="2592" w:type="dxa"/>
          </w:tcPr>
          <w:p w14:paraId="64E9FF15" w14:textId="77777777" w:rsidR="00D90F98" w:rsidRDefault="00D90F98"/>
        </w:tc>
        <w:tc>
          <w:tcPr>
            <w:tcW w:w="2592" w:type="dxa"/>
          </w:tcPr>
          <w:p w14:paraId="7FEBC262" w14:textId="77777777" w:rsidR="00D90F98" w:rsidRDefault="00D90F98"/>
        </w:tc>
      </w:tr>
      <w:tr w:rsidR="00D90F98" w14:paraId="76BA07A1" w14:textId="77777777">
        <w:tc>
          <w:tcPr>
            <w:tcW w:w="2592" w:type="dxa"/>
          </w:tcPr>
          <w:p w14:paraId="4D7DEA84" w14:textId="77777777" w:rsidR="00D90F98" w:rsidRDefault="00000000">
            <w:r>
              <w:t>Replacement Representative</w:t>
            </w:r>
          </w:p>
        </w:tc>
        <w:tc>
          <w:tcPr>
            <w:tcW w:w="2592" w:type="dxa"/>
          </w:tcPr>
          <w:p w14:paraId="729A9E52" w14:textId="77777777" w:rsidR="00D90F98" w:rsidRDefault="00D90F98"/>
        </w:tc>
        <w:tc>
          <w:tcPr>
            <w:tcW w:w="2592" w:type="dxa"/>
          </w:tcPr>
          <w:p w14:paraId="30B89DDC" w14:textId="77777777" w:rsidR="00D90F98" w:rsidRDefault="00D90F98"/>
        </w:tc>
        <w:tc>
          <w:tcPr>
            <w:tcW w:w="2592" w:type="dxa"/>
          </w:tcPr>
          <w:p w14:paraId="358CD451" w14:textId="77777777" w:rsidR="00D90F98" w:rsidRDefault="00D90F98"/>
        </w:tc>
      </w:tr>
    </w:tbl>
    <w:p w14:paraId="59C3B462" w14:textId="77777777" w:rsidR="00D90F98" w:rsidRDefault="00000000">
      <w:pPr>
        <w:pStyle w:val="Heading1"/>
      </w:pPr>
      <w:r>
        <w:t>6. Email Submission Checklist</w:t>
      </w:r>
    </w:p>
    <w:p w14:paraId="43EBE80C" w14:textId="77777777" w:rsidR="00D90F98" w:rsidRDefault="00000000">
      <w:r>
        <w:t>☐ Form completed in full.</w:t>
      </w:r>
    </w:p>
    <w:p w14:paraId="4C31E309" w14:textId="77777777" w:rsidR="00D90F98" w:rsidRDefault="00000000">
      <w:r>
        <w:t>☐ Submitted at least 48 hours before the Senate meeting.</w:t>
      </w:r>
    </w:p>
    <w:p w14:paraId="30DF9F78" w14:textId="6D065A21" w:rsidR="00D90F98" w:rsidRDefault="00000000">
      <w:r>
        <w:t>☐ Email sent to GSS Vice</w:t>
      </w:r>
      <w:r w:rsidR="00A5601F">
        <w:t xml:space="preserve"> </w:t>
      </w:r>
      <w:r>
        <w:t>President.</w:t>
      </w:r>
    </w:p>
    <w:p w14:paraId="0DF59836" w14:textId="77777777" w:rsidR="00D90F98" w:rsidRDefault="00000000">
      <w:r>
        <w:t>☐ GSS President CC'd on the email.</w:t>
      </w:r>
    </w:p>
    <w:p w14:paraId="21DD0C63" w14:textId="77777777" w:rsidR="00D90F98" w:rsidRDefault="00000000">
      <w:r>
        <w:t>☐ Suggested email subject: Senator Replacement – [Organization/Department] – [Meeting Date].</w:t>
      </w:r>
    </w:p>
    <w:p w14:paraId="3830F15B" w14:textId="77777777" w:rsidR="00D90F98" w:rsidRDefault="00000000">
      <w:pPr>
        <w:pStyle w:val="Heading1"/>
      </w:pPr>
      <w:r>
        <w:t>7. For GSS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0"/>
        <w:gridCol w:w="5178"/>
      </w:tblGrid>
      <w:tr w:rsidR="00D90F98" w14:paraId="16EACF0D" w14:textId="77777777">
        <w:tc>
          <w:tcPr>
            <w:tcW w:w="5184" w:type="dxa"/>
          </w:tcPr>
          <w:p w14:paraId="48A7FD29" w14:textId="77777777" w:rsidR="00D90F98" w:rsidRDefault="00000000">
            <w:r>
              <w:t>Date/Time Received</w:t>
            </w:r>
          </w:p>
        </w:tc>
        <w:tc>
          <w:tcPr>
            <w:tcW w:w="5184" w:type="dxa"/>
          </w:tcPr>
          <w:p w14:paraId="6FA7E436" w14:textId="77777777" w:rsidR="00D90F98" w:rsidRDefault="00D90F98"/>
        </w:tc>
      </w:tr>
      <w:tr w:rsidR="00D90F98" w14:paraId="02E402BC" w14:textId="77777777">
        <w:tc>
          <w:tcPr>
            <w:tcW w:w="5184" w:type="dxa"/>
          </w:tcPr>
          <w:p w14:paraId="4915DAB2" w14:textId="77777777" w:rsidR="00D90F98" w:rsidRDefault="00000000">
            <w:r>
              <w:t>Received By</w:t>
            </w:r>
          </w:p>
        </w:tc>
        <w:tc>
          <w:tcPr>
            <w:tcW w:w="5184" w:type="dxa"/>
          </w:tcPr>
          <w:p w14:paraId="6673C89C" w14:textId="77777777" w:rsidR="00D90F98" w:rsidRDefault="00D90F98"/>
        </w:tc>
      </w:tr>
      <w:tr w:rsidR="00D90F98" w14:paraId="4DBECE58" w14:textId="77777777">
        <w:tc>
          <w:tcPr>
            <w:tcW w:w="5184" w:type="dxa"/>
          </w:tcPr>
          <w:p w14:paraId="004995A8" w14:textId="77777777" w:rsidR="00D90F98" w:rsidRDefault="00000000">
            <w:r>
              <w:t>Replacement Eligibility Verified</w:t>
            </w:r>
          </w:p>
        </w:tc>
        <w:tc>
          <w:tcPr>
            <w:tcW w:w="5184" w:type="dxa"/>
          </w:tcPr>
          <w:p w14:paraId="21FEF9B8" w14:textId="77777777" w:rsidR="00D90F98" w:rsidRDefault="00D90F98"/>
        </w:tc>
      </w:tr>
      <w:tr w:rsidR="00D90F98" w14:paraId="5908FD69" w14:textId="77777777">
        <w:tc>
          <w:tcPr>
            <w:tcW w:w="5184" w:type="dxa"/>
          </w:tcPr>
          <w:p w14:paraId="2BFEF2FE" w14:textId="77777777" w:rsidR="00D90F98" w:rsidRDefault="00000000">
            <w:r>
              <w:t>Attendance Record Updated</w:t>
            </w:r>
          </w:p>
        </w:tc>
        <w:tc>
          <w:tcPr>
            <w:tcW w:w="5184" w:type="dxa"/>
          </w:tcPr>
          <w:p w14:paraId="6EBCB8C3" w14:textId="77777777" w:rsidR="00D90F98" w:rsidRDefault="00D90F98"/>
        </w:tc>
      </w:tr>
    </w:tbl>
    <w:p w14:paraId="48EE86A0" w14:textId="77777777" w:rsidR="00D90F98" w:rsidRDefault="00000000">
      <w:pPr>
        <w:jc w:val="center"/>
      </w:pPr>
      <w:r>
        <w:rPr>
          <w:b/>
        </w:rPr>
        <w:t>GSS Website: gss.uconn.edu</w:t>
      </w:r>
    </w:p>
    <w:p w14:paraId="01AF8E08" w14:textId="77777777" w:rsidR="00D90F98" w:rsidRDefault="00000000">
      <w:pPr>
        <w:jc w:val="center"/>
      </w:pPr>
      <w:r>
        <w:rPr>
          <w:i/>
        </w:rPr>
        <w:t>Please retain a copy of the submitted form/email for your records.</w:t>
      </w:r>
    </w:p>
    <w:sectPr w:rsidR="00D90F98" w:rsidSect="00034616">
      <w:head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625AC0" w14:textId="77777777" w:rsidR="00AF734F" w:rsidRDefault="00AF734F" w:rsidP="00A5601F">
      <w:pPr>
        <w:spacing w:after="0" w:line="240" w:lineRule="auto"/>
      </w:pPr>
      <w:r>
        <w:separator/>
      </w:r>
    </w:p>
  </w:endnote>
  <w:endnote w:type="continuationSeparator" w:id="0">
    <w:p w14:paraId="0B83FFA9" w14:textId="77777777" w:rsidR="00AF734F" w:rsidRDefault="00AF734F" w:rsidP="00A56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DAABBB" w14:textId="77777777" w:rsidR="00AF734F" w:rsidRDefault="00AF734F" w:rsidP="00A5601F">
      <w:pPr>
        <w:spacing w:after="0" w:line="240" w:lineRule="auto"/>
      </w:pPr>
      <w:r>
        <w:separator/>
      </w:r>
    </w:p>
  </w:footnote>
  <w:footnote w:type="continuationSeparator" w:id="0">
    <w:p w14:paraId="5073E800" w14:textId="77777777" w:rsidR="00AF734F" w:rsidRDefault="00AF734F" w:rsidP="00A56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CBEF7A" w14:textId="2D35DED0" w:rsidR="00A5601F" w:rsidRDefault="00A5601F" w:rsidP="00A5601F">
    <w:pPr>
      <w:jc w:val="cent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70F07BA" wp14:editId="3569516E">
          <wp:simplePos x="0" y="0"/>
          <wp:positionH relativeFrom="column">
            <wp:posOffset>2910</wp:posOffset>
          </wp:positionH>
          <wp:positionV relativeFrom="paragraph">
            <wp:posOffset>48895</wp:posOffset>
          </wp:positionV>
          <wp:extent cx="952500" cy="545042"/>
          <wp:effectExtent l="0" t="0" r="0" b="1270"/>
          <wp:wrapNone/>
          <wp:docPr id="15995776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577643" name="Picture 15995776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545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0"/>
      </w:rPr>
      <w:t>UCONN GRADUATE STUDENT SENATE (GSS)</w:t>
    </w:r>
  </w:p>
  <w:p w14:paraId="5D11F6BD" w14:textId="7FB563F8" w:rsidR="00A5601F" w:rsidRDefault="00A5601F" w:rsidP="00A5601F">
    <w:pPr>
      <w:pStyle w:val="Header"/>
      <w:jc w:val="center"/>
    </w:pPr>
    <w:r>
      <w:rPr>
        <w:b/>
        <w:sz w:val="26"/>
      </w:rPr>
      <w:t>Senator Replacement / Alternate Representative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8071950">
    <w:abstractNumId w:val="8"/>
  </w:num>
  <w:num w:numId="2" w16cid:durableId="358089251">
    <w:abstractNumId w:val="6"/>
  </w:num>
  <w:num w:numId="3" w16cid:durableId="1683702641">
    <w:abstractNumId w:val="5"/>
  </w:num>
  <w:num w:numId="4" w16cid:durableId="613251139">
    <w:abstractNumId w:val="4"/>
  </w:num>
  <w:num w:numId="5" w16cid:durableId="1120226714">
    <w:abstractNumId w:val="7"/>
  </w:num>
  <w:num w:numId="6" w16cid:durableId="1657491898">
    <w:abstractNumId w:val="3"/>
  </w:num>
  <w:num w:numId="7" w16cid:durableId="919948805">
    <w:abstractNumId w:val="2"/>
  </w:num>
  <w:num w:numId="8" w16cid:durableId="2020160508">
    <w:abstractNumId w:val="1"/>
  </w:num>
  <w:num w:numId="9" w16cid:durableId="20123666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0321"/>
    <w:rsid w:val="0029639D"/>
    <w:rsid w:val="00326F90"/>
    <w:rsid w:val="00A5360F"/>
    <w:rsid w:val="00A5601F"/>
    <w:rsid w:val="00AA1D8D"/>
    <w:rsid w:val="00AF734F"/>
    <w:rsid w:val="00B47730"/>
    <w:rsid w:val="00CB0664"/>
    <w:rsid w:val="00D90F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73707C"/>
  <w14:defaultImageDpi w14:val="300"/>
  <w15:docId w15:val="{C9339C18-3818-2748-9E08-A0C4175C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A5601F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Subramanian, Haritha</cp:lastModifiedBy>
  <cp:revision>2</cp:revision>
  <dcterms:created xsi:type="dcterms:W3CDTF">2026-09-16T01:58:00Z</dcterms:created>
  <dcterms:modified xsi:type="dcterms:W3CDTF">2026-09-16T01:58:00Z</dcterms:modified>
  <cp:category/>
</cp:coreProperties>
</file>